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Calibri" w:hAnsi="Calibri"/>
          <w:b/>
          <w:i w:val="0"/>
          <w:color w:val="2452D6"/>
          <w:sz w:val="18"/>
        </w:rPr>
        <w:t>EDITABLE CV TEMPLATE</w:t>
      </w:r>
    </w:p>
    <w:p>
      <w:pPr>
        <w:keepNext/>
        <w:spacing w:before="0" w:after="120"/>
      </w:pPr>
      <w:r>
        <w:rPr>
          <w:rFonts w:ascii="Calibri" w:hAnsi="Calibri"/>
          <w:b/>
          <w:i w:val="0"/>
          <w:color w:val="12141C"/>
          <w:sz w:val="52"/>
        </w:rPr>
        <w:t>Your name</w:t>
      </w:r>
    </w:p>
    <w:p>
      <w:pPr>
        <w:spacing w:before="0" w:after="360" w:line="288" w:lineRule="auto"/>
      </w:pPr>
      <w:r>
        <w:rPr>
          <w:rFonts w:ascii="Calibri" w:hAnsi="Calibri"/>
          <w:b w:val="0"/>
          <w:i w:val="0"/>
          <w:color w:val="5B606E"/>
          <w:sz w:val="24"/>
        </w:rPr>
        <w:t>A skills-led CV for career changers, returners and people whose strongest evidence comes from another sector.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BEST APPROACH  </w:t>
      </w:r>
      <w:r>
        <w:rPr>
          <w:rFonts w:ascii="Calibri" w:hAnsi="Calibri"/>
          <w:b w:val="0"/>
          <w:i w:val="0"/>
          <w:color w:val="12141C"/>
          <w:sz w:val="21"/>
        </w:rPr>
        <w:t>Start with the role you want, then select evidence that matches its genuine essentials. Translate your experience clearly; do not copy wording you cannot prove.</w:t>
      </w:r>
    </w:p>
    <w:p>
      <w:pPr>
        <w:pStyle w:val="Heading1"/>
      </w:pPr>
      <w:r>
        <w:t>Contact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Phone: </w:t>
      </w:r>
      <w:r>
        <w:rPr>
          <w:rFonts w:ascii="Calibri" w:hAnsi="Calibri"/>
          <w:b w:val="0"/>
          <w:i/>
          <w:color w:val="5B606E"/>
          <w:sz w:val="21"/>
        </w:rPr>
        <w:t>[Number]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Email: </w:t>
      </w:r>
      <w:r>
        <w:rPr>
          <w:rFonts w:ascii="Calibri" w:hAnsi="Calibri"/>
          <w:b w:val="0"/>
          <w:i/>
          <w:color w:val="5B606E"/>
          <w:sz w:val="21"/>
        </w:rPr>
        <w:t>[Professional email]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Location: </w:t>
      </w:r>
      <w:r>
        <w:rPr>
          <w:rFonts w:ascii="Calibri" w:hAnsi="Calibri"/>
          <w:b w:val="0"/>
          <w:i/>
          <w:color w:val="5B606E"/>
          <w:sz w:val="21"/>
        </w:rPr>
        <w:t>[Town or city]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Portfolio or LinkedIn: </w:t>
      </w:r>
      <w:r>
        <w:rPr>
          <w:rFonts w:ascii="Calibri" w:hAnsi="Calibri"/>
          <w:b w:val="0"/>
          <w:i/>
          <w:color w:val="5B606E"/>
          <w:sz w:val="21"/>
        </w:rPr>
        <w:t>[Optional link]</w:t>
      </w:r>
    </w:p>
    <w:p>
      <w:pPr>
        <w:pStyle w:val="Heading1"/>
      </w:pPr>
      <w:r>
        <w:t>Professional profile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Write 4–5 lines: </w:t>
      </w:r>
      <w:r>
        <w:rPr>
          <w:rFonts w:ascii="Calibri" w:hAnsi="Calibri"/>
          <w:b w:val="0"/>
          <w:i/>
          <w:color w:val="5B606E"/>
          <w:sz w:val="21"/>
        </w:rPr>
        <w:t>[Target role, relevant experience, 2–3 transferable strengths, a useful result, and why you are making the move]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pStyle w:val="Heading1"/>
      </w:pPr>
      <w:r>
        <w:t>Transferable strengths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[Strength] — [brief evidence and result]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[Strength] — [brief evidence and result]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[Strength] — [brief evidence and result]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[Relevant tool, process or technical skill] — [current level or example]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Job title — organisation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Dates: </w:t>
      </w:r>
      <w:r>
        <w:rPr>
          <w:rFonts w:ascii="Calibri" w:hAnsi="Calibri"/>
          <w:b w:val="0"/>
          <w:i/>
          <w:color w:val="5B606E"/>
          <w:sz w:val="21"/>
        </w:rPr>
        <w:t>[Month/year to month/year]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[Strong action verb] [what you did], resulting in [measurable or observable outcome]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[How you solved a problem, supported people, improved a process or delivered work]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[Evidence that connects directly to the target role]</w:t>
      </w:r>
    </w:p>
    <w:p>
      <w:pPr>
        <w:pStyle w:val="Heading2"/>
      </w:pPr>
      <w:r>
        <w:t>Earlier job title — organisation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Dates: </w:t>
      </w:r>
      <w:r>
        <w:rPr>
          <w:rFonts w:ascii="Calibri" w:hAnsi="Calibri"/>
          <w:b w:val="0"/>
          <w:i/>
          <w:color w:val="5B606E"/>
          <w:sz w:val="21"/>
        </w:rPr>
        <w:t>[Month/year to month/year]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[Responsibility translated into a skill the target employer needs]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[Result, achievement or positive feedback]</w:t>
      </w:r>
    </w:p>
    <w:p>
      <w:pPr>
        <w:pStyle w:val="Heading1"/>
      </w:pPr>
      <w:r>
        <w:t>Transferable evidence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EVIDENCE FORMULA  </w:t>
      </w:r>
      <w:r>
        <w:rPr>
          <w:rFonts w:ascii="Calibri" w:hAnsi="Calibri"/>
          <w:b w:val="0"/>
          <w:i w:val="0"/>
          <w:color w:val="12141C"/>
          <w:sz w:val="21"/>
        </w:rPr>
        <w:t>Situation: what was happening. Action: what you personally did. Result: what changed. Keep each example to two or three lines.</w:t>
      </w:r>
    </w:p>
    <w:p>
      <w:pPr>
        <w:pStyle w:val="Heading2"/>
      </w:pPr>
      <w:r>
        <w:t>Example 1 — skill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Situation: </w:t>
      </w:r>
      <w:r>
        <w:rPr>
          <w:rFonts w:ascii="Calibri" w:hAnsi="Calibri"/>
          <w:b w:val="0"/>
          <w:i/>
          <w:color w:val="5B606E"/>
          <w:sz w:val="21"/>
        </w:rPr>
        <w:t>[Short context]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Action: </w:t>
      </w:r>
      <w:r>
        <w:rPr>
          <w:rFonts w:ascii="Calibri" w:hAnsi="Calibri"/>
          <w:b w:val="0"/>
          <w:i/>
          <w:color w:val="5B606E"/>
          <w:sz w:val="21"/>
        </w:rPr>
        <w:t>[What you personally did]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Result: </w:t>
      </w:r>
      <w:r>
        <w:rPr>
          <w:rFonts w:ascii="Calibri" w:hAnsi="Calibri"/>
          <w:b w:val="0"/>
          <w:i/>
          <w:color w:val="5B606E"/>
          <w:sz w:val="21"/>
        </w:rPr>
        <w:t>[Outcome, learning or improvement]</w:t>
      </w:r>
    </w:p>
    <w:p>
      <w:pPr>
        <w:pStyle w:val="Heading2"/>
      </w:pPr>
      <w:r>
        <w:t>Example 2 — skill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Situation: </w:t>
      </w:r>
      <w:r>
        <w:rPr>
          <w:rFonts w:ascii="Calibri" w:hAnsi="Calibri"/>
          <w:b w:val="0"/>
          <w:i/>
          <w:color w:val="5B606E"/>
          <w:sz w:val="21"/>
        </w:rPr>
        <w:t>[Short context]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Action: </w:t>
      </w:r>
      <w:r>
        <w:rPr>
          <w:rFonts w:ascii="Calibri" w:hAnsi="Calibri"/>
          <w:b w:val="0"/>
          <w:i/>
          <w:color w:val="5B606E"/>
          <w:sz w:val="21"/>
        </w:rPr>
        <w:t>[What you personally did]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Result: </w:t>
      </w:r>
      <w:r>
        <w:rPr>
          <w:rFonts w:ascii="Calibri" w:hAnsi="Calibri"/>
          <w:b w:val="0"/>
          <w:i/>
          <w:color w:val="5B606E"/>
          <w:sz w:val="21"/>
        </w:rPr>
        <w:t>[Outcome, learning or improvement]</w:t>
      </w:r>
    </w:p>
    <w:p>
      <w:pPr>
        <w:pStyle w:val="Heading1"/>
      </w:pPr>
      <w:r>
        <w:t>Qualifications and training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[Qualification or course] — [provider], [year]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[Relevant short course, licence or current learning] — [provider], [year]</w:t>
      </w:r>
    </w:p>
    <w:p>
      <w:pPr>
        <w:pStyle w:val="Heading1"/>
      </w:pPr>
      <w:r>
        <w:t>Tools and digital skills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[Tool or platform] — [what you can do with it]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[Tool or platform] — [what you can do with it]</w:t>
      </w:r>
    </w:p>
    <w:p>
      <w:pPr>
        <w:pStyle w:val="Heading1"/>
      </w:pPr>
      <w:r>
        <w:t>Projects, volunteering or community experience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[Project or role] — [contribution, skill and outcome]</w:t>
      </w:r>
    </w:p>
    <w:p>
      <w:pPr>
        <w:pStyle w:val="Heading1"/>
      </w:pPr>
      <w:r>
        <w:t>References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Use: </w:t>
      </w:r>
      <w:r>
        <w:rPr>
          <w:rFonts w:ascii="Calibri" w:hAnsi="Calibri"/>
          <w:b w:val="0"/>
          <w:i/>
          <w:color w:val="5B606E"/>
          <w:sz w:val="21"/>
        </w:rPr>
        <w:t>[References available on request]</w:t>
      </w:r>
    </w:p>
    <w:p>
      <w:pPr>
        <w:pStyle w:val="Heading1"/>
      </w:pPr>
      <w:r>
        <w:t>Before you send it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Tailor the profile and strongest evidence to the vacancy’s genuine essentials.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Use plain language and remove unexplained jargon from your previous sector.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Check that job titles, dates and qualification names are consistent.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Save as a PDF with a clear filename such as Firstname-Lastname-CV.pdf.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Proofread once on screen and once from the saved file.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DELETE BEFORE SENDING  </w:t>
      </w:r>
      <w:r>
        <w:rPr>
          <w:rFonts w:ascii="Calibri" w:hAnsi="Calibri"/>
          <w:b w:val="0"/>
          <w:i w:val="0"/>
          <w:color w:val="12141C"/>
          <w:sz w:val="21"/>
        </w:rPr>
        <w:t>Remove this checklist, every unused prompt and any page that becomes empty after you finish tailoring the CV.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/>
        <w:b w:val="0"/>
        <w:i w:val="0"/>
        <w:color w:val="5B606E"/>
        <w:sz w:val="17"/>
      </w:rPr>
      <w:t xml:space="preserve">Free career resource   •   jobactually.co.uk   •   </w:t>
    </w:r>
    <w:r>
      <w:rPr>
        <w:rFonts w:ascii="Calibri" w:hAnsi="Calibri"/>
        <w:b w:val="0"/>
        <w:i w:val="0"/>
        <w:color w:val="5B60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/>
        <w:b/>
        <w:i w:val="0"/>
        <w:color w:val="2452D6"/>
        <w:sz w:val="17"/>
      </w:rPr>
      <w:t>JOB, ACTUALLY</w:t>
    </w:r>
    <w:r>
      <w:rPr>
        <w:rFonts w:ascii="Calibri" w:hAnsi="Calibri"/>
        <w:b/>
        <w:i w:val="0"/>
        <w:color w:val="5B606E"/>
        <w:sz w:val="17"/>
      </w:rPr>
      <w:t xml:space="preserve">   |   TRANSFERABLE SKILLS CV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214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452D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452D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2452D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