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Calibri" w:hAnsi="Calibri"/>
          <w:b/>
          <w:i w:val="0"/>
          <w:color w:val="2452D6"/>
          <w:sz w:val="18"/>
        </w:rPr>
        <w:t>EDITABLE CV TEMPLATE</w:t>
      </w:r>
    </w:p>
    <w:p>
      <w:pPr>
        <w:keepNext/>
        <w:spacing w:before="0" w:after="120"/>
      </w:pPr>
      <w:r>
        <w:rPr>
          <w:rFonts w:ascii="Calibri" w:hAnsi="Calibri"/>
          <w:b/>
          <w:i w:val="0"/>
          <w:color w:val="12141C"/>
          <w:sz w:val="52"/>
        </w:rPr>
        <w:t>Your name</w:t>
      </w:r>
    </w:p>
    <w:p>
      <w:pPr>
        <w:spacing w:before="0" w:after="360" w:line="288" w:lineRule="auto"/>
      </w:pPr>
      <w:r>
        <w:rPr>
          <w:rFonts w:ascii="Calibri" w:hAnsi="Calibri"/>
          <w:b w:val="0"/>
          <w:i w:val="0"/>
          <w:color w:val="5B606E"/>
          <w:sz w:val="24"/>
        </w:rPr>
        <w:t>A clear first-job CV for school leavers, students and anyone building early experience.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HOW TO USE  </w:t>
      </w:r>
      <w:r>
        <w:rPr>
          <w:rFonts w:ascii="Calibri" w:hAnsi="Calibri"/>
          <w:b w:val="0"/>
          <w:i w:val="0"/>
          <w:color w:val="12141C"/>
          <w:sz w:val="21"/>
        </w:rPr>
        <w:t>Replace every grey prompt with your own information, keep the finished CV to one or two pages, and save a fresh copy for each job you apply for.</w:t>
      </w:r>
    </w:p>
    <w:p>
      <w:pPr>
        <w:pStyle w:val="Heading1"/>
      </w:pPr>
      <w:r>
        <w:t>Contact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Phone: </w:t>
      </w:r>
      <w:r>
        <w:rPr>
          <w:rFonts w:ascii="Calibri" w:hAnsi="Calibri"/>
          <w:b w:val="0"/>
          <w:i/>
          <w:color w:val="5B606E"/>
          <w:sz w:val="21"/>
        </w:rPr>
        <w:t>[A number you check regularly]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Email: </w:t>
      </w:r>
      <w:r>
        <w:rPr>
          <w:rFonts w:ascii="Calibri" w:hAnsi="Calibri"/>
          <w:b w:val="0"/>
          <w:i/>
          <w:color w:val="5B606E"/>
          <w:sz w:val="21"/>
        </w:rPr>
        <w:t>[A professional email address]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Location: </w:t>
      </w:r>
      <w:r>
        <w:rPr>
          <w:rFonts w:ascii="Calibri" w:hAnsi="Calibri"/>
          <w:b w:val="0"/>
          <w:i/>
          <w:color w:val="5B606E"/>
          <w:sz w:val="21"/>
        </w:rPr>
        <w:t>[Town or city only — do not include your full home address]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Portfolio or LinkedIn: </w:t>
      </w:r>
      <w:r>
        <w:rPr>
          <w:rFonts w:ascii="Calibri" w:hAnsi="Calibri"/>
          <w:b w:val="0"/>
          <w:i/>
          <w:color w:val="5B606E"/>
          <w:sz w:val="21"/>
        </w:rPr>
        <w:t>[Optional link]</w:t>
      </w:r>
    </w:p>
    <w:p>
      <w:pPr>
        <w:pStyle w:val="Heading1"/>
      </w:pPr>
      <w:r>
        <w:t>Personal profile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Write 3–4 lines: </w:t>
      </w:r>
      <w:r>
        <w:rPr>
          <w:rFonts w:ascii="Calibri" w:hAnsi="Calibri"/>
          <w:b w:val="0"/>
          <w:i/>
          <w:color w:val="5B606E"/>
          <w:sz w:val="21"/>
        </w:rPr>
        <w:t>[Who you are, what kind of opportunity you want, two strengths you can prove, and what you hope to learn]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pStyle w:val="Heading1"/>
      </w:pPr>
      <w:r>
        <w:t>Key skills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[Skill] — [one short example showing when you used it]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[Skill] — [one short example showing when you used it]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[Skill] — [one short example showing when you used it]</w:t>
      </w:r>
    </w:p>
    <w:p>
      <w:pPr>
        <w:pStyle w:val="Heading1"/>
      </w:pPr>
      <w:r>
        <w:t>Education and qualifications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School, college or training provider: </w:t>
      </w:r>
      <w:r>
        <w:rPr>
          <w:rFonts w:ascii="Calibri" w:hAnsi="Calibri"/>
          <w:b w:val="0"/>
          <w:i/>
          <w:color w:val="5B606E"/>
          <w:sz w:val="21"/>
        </w:rPr>
        <w:t>[Name and location]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Dates: </w:t>
      </w:r>
      <w:r>
        <w:rPr>
          <w:rFonts w:ascii="Calibri" w:hAnsi="Calibri"/>
          <w:b w:val="0"/>
          <w:i/>
          <w:color w:val="5B606E"/>
          <w:sz w:val="21"/>
        </w:rPr>
        <w:t>[Month/year to month/year or expected finish date]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Qualifications: </w:t>
      </w:r>
      <w:r>
        <w:rPr>
          <w:rFonts w:ascii="Calibri" w:hAnsi="Calibri"/>
          <w:b w:val="0"/>
          <w:i/>
          <w:color w:val="5B606E"/>
          <w:sz w:val="21"/>
        </w:rPr>
        <w:t>[Subject and grade, predicted grade or result — list the most relevant first]</w:t>
      </w:r>
    </w:p>
    <w:p>
      <w:pPr>
        <w:pStyle w:val="Heading1"/>
      </w:pPr>
      <w:r>
        <w:t>Experience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EXPERIENCE COUNTS  </w:t>
      </w:r>
      <w:r>
        <w:rPr>
          <w:rFonts w:ascii="Calibri" w:hAnsi="Calibri"/>
          <w:b w:val="0"/>
          <w:i w:val="0"/>
          <w:color w:val="12141C"/>
          <w:sz w:val="21"/>
        </w:rPr>
        <w:t>Use work experience, volunteering, caring responsibilities, clubs, sport, school projects, freelance tasks or helping in a family business. Focus on what you did and what it shows.</w:t>
      </w:r>
    </w:p>
    <w:p>
      <w:pPr>
        <w:pStyle w:val="Heading2"/>
      </w:pPr>
      <w:r>
        <w:t>Role, project or activity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Organisation: </w:t>
      </w:r>
      <w:r>
        <w:rPr>
          <w:rFonts w:ascii="Calibri" w:hAnsi="Calibri"/>
          <w:b w:val="0"/>
          <w:i/>
          <w:color w:val="5B606E"/>
          <w:sz w:val="21"/>
        </w:rPr>
        <w:t>[Name]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Dates: </w:t>
      </w:r>
      <w:r>
        <w:rPr>
          <w:rFonts w:ascii="Calibri" w:hAnsi="Calibri"/>
          <w:b w:val="0"/>
          <w:i/>
          <w:color w:val="5B606E"/>
          <w:sz w:val="21"/>
        </w:rPr>
        <w:t>[Month/year to month/year]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[Action you took] — [what improved, changed or was completed]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[Responsibility] — [skill or quality this demonstrates]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[Achievement] — [use a number or result if you can]</w:t>
      </w:r>
    </w:p>
    <w:p>
      <w:pPr>
        <w:pStyle w:val="Heading2"/>
      </w:pPr>
      <w:r>
        <w:t>Second role, project or activity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Organisation: </w:t>
      </w:r>
      <w:r>
        <w:rPr>
          <w:rFonts w:ascii="Calibri" w:hAnsi="Calibri"/>
          <w:b w:val="0"/>
          <w:i/>
          <w:color w:val="5B606E"/>
          <w:sz w:val="21"/>
        </w:rPr>
        <w:t>[Name]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Dates: </w:t>
      </w:r>
      <w:r>
        <w:rPr>
          <w:rFonts w:ascii="Calibri" w:hAnsi="Calibri"/>
          <w:b w:val="0"/>
          <w:i/>
          <w:color w:val="5B606E"/>
          <w:sz w:val="21"/>
        </w:rPr>
        <w:t>[Month/year to month/year]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[Action and result]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[Responsibility and skill shown]</w:t>
      </w:r>
    </w:p>
    <w:p>
      <w:pPr>
        <w:pStyle w:val="Heading1"/>
      </w:pPr>
      <w:r>
        <w:t>Achievements and interests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[Award, responsibility, competition, project or personal achievement]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[Interest that shows commitment, curiosity, teamwork or creativity]</w:t>
      </w:r>
    </w:p>
    <w:p>
      <w:pPr>
        <w:pStyle w:val="Heading1"/>
      </w:pPr>
      <w:r>
        <w:t>References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Use: </w:t>
      </w:r>
      <w:r>
        <w:rPr>
          <w:rFonts w:ascii="Calibri" w:hAnsi="Calibri"/>
          <w:b w:val="0"/>
          <w:i/>
          <w:color w:val="5B606E"/>
          <w:sz w:val="21"/>
        </w:rPr>
        <w:t>[References available on request — ask permission before sharing anyone’s details]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PRIVACY CHECK  </w:t>
      </w:r>
      <w:r>
        <w:rPr>
          <w:rFonts w:ascii="Calibri" w:hAnsi="Calibri"/>
          <w:b w:val="0"/>
          <w:i w:val="0"/>
          <w:color w:val="12141C"/>
          <w:sz w:val="21"/>
        </w:rPr>
        <w:t>Do not add a photo, date of birth, National Insurance number, bank details or full home address. Remove every unused prompt before sending your CV.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/>
        <w:b w:val="0"/>
        <w:i w:val="0"/>
        <w:color w:val="5B606E"/>
        <w:sz w:val="17"/>
      </w:rPr>
      <w:t xml:space="preserve">Free career resource   •   jobactually.co.uk   •   </w:t>
    </w:r>
    <w:r>
      <w:rPr>
        <w:rFonts w:ascii="Calibri" w:hAnsi="Calibri"/>
        <w:b w:val="0"/>
        <w:i w:val="0"/>
        <w:color w:val="5B60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/>
        <w:b/>
        <w:i w:val="0"/>
        <w:color w:val="2452D6"/>
        <w:sz w:val="17"/>
      </w:rPr>
      <w:t>JOB, ACTUALLY</w:t>
    </w:r>
    <w:r>
      <w:rPr>
        <w:rFonts w:ascii="Calibri" w:hAnsi="Calibri"/>
        <w:b/>
        <w:i w:val="0"/>
        <w:color w:val="5B606E"/>
        <w:sz w:val="17"/>
      </w:rPr>
      <w:t xml:space="preserve">   |   FIRST JOB CV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214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452D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452D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2452D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